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11: Who Tells Canada's Story?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Why is reconciliation part of Canadian identity today?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What is a stereotype? Give an example of a fairer story.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How can media change how we see newcomers? One example.</w:t>
      </w:r>
    </w:p>
    <w:p>
      <w:pPr>
        <w:spacing w:after="80"/>
      </w:pPr>
      <w:r>
        <w:rPr>
          <w:b w:val="0"/>
          <w:i/>
          <w:sz w:val="18"/>
        </w:rPr>
        <w:t>(Grade 6)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who tells Canada's story and why it matters.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